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/>
          <w:b/>
          <w:sz w:val="36"/>
        </w:rPr>
        <w:t>安全阀5年评估结果风险矩阵图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1"/>
        <w:gridCol w:w="2081"/>
        <w:gridCol w:w="2081"/>
        <w:gridCol w:w="2081"/>
        <w:gridCol w:w="2081"/>
        <w:gridCol w:w="2081"/>
        <w:gridCol w:w="2081"/>
      </w:tblGrid>
      <w:tr>
        <w:trPr>
          <w:trHeight w:val="9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POF\COF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COF=A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COF=B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COF=C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COF=D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COF=E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等级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POF=5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6</w:t>
            </w:r>
          </w:p>
        </w:tc>
        <w:tc>
          <w:tcPr>
            <w:tcW w:type="dxa" w:w="2041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8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POF=4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32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6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POF=3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6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7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45</w:t>
            </w:r>
          </w:p>
        </w:tc>
        <w:tc>
          <w:tcPr>
            <w:tcW w:type="dxa" w:w="2041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POF=2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32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106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48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POF=1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5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合计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43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7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170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318</w:t>
            </w:r>
          </w:p>
        </w:tc>
      </w:tr>
    </w:tbl>
    <w:p/>
    <w:p>
      <w:pPr>
        <w:jc w:val="center"/>
      </w:pPr>
      <w:r>
        <w:rPr>
          <w:sz w:val="20"/>
        </w:rPr>
        <w:t xml:space="preserve">风险等级图例：  </w:t>
      </w:r>
      <w:r>
        <w:rPr>
          <w:b/>
          <w:color w:val="D32F2F"/>
          <w:sz w:val="20"/>
        </w:rPr>
        <w:t xml:space="preserve">  ■ 高风险  </w:t>
      </w:r>
      <w:r>
        <w:rPr>
          <w:b/>
          <w:color w:val="F57C00"/>
          <w:sz w:val="20"/>
        </w:rPr>
        <w:t xml:space="preserve">  ■ 中高风险  </w:t>
      </w:r>
      <w:r>
        <w:rPr>
          <w:b/>
          <w:color w:val="FBC02D"/>
          <w:sz w:val="20"/>
        </w:rPr>
        <w:t xml:space="preserve">  ■ 中风险  </w:t>
      </w:r>
      <w:r>
        <w:rPr>
          <w:b/>
          <w:color w:val="388E3C"/>
          <w:sz w:val="20"/>
        </w:rPr>
        <w:t xml:space="preserve">  ■ 低风险  </w:t>
      </w:r>
    </w:p>
    <w:p/>
    <w:p>
      <w:r>
        <w:rPr>
          <w:rFonts w:ascii="微软雅黑" w:hAnsi="微软雅黑"/>
          <w:b/>
          <w:sz w:val="24"/>
        </w:rPr>
        <w:t>风险等级分布统计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高风险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中高风险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中风险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低风险</w:t>
            </w:r>
          </w:p>
        </w:tc>
        <w:tc>
          <w:tcPr>
            <w:tcW w:type="dxa" w:w="2914"/>
          </w:tcPr>
          <w:p/>
        </w:tc>
      </w:tr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9台</w:t>
              <w:br/>
              <w:t>(2.8%)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114台</w:t>
              <w:br/>
              <w:t>(35.8%)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183台</w:t>
              <w:br/>
              <w:t>(57.5%)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12台</w:t>
              <w:br/>
              <w:t>(3.8%)</w:t>
            </w:r>
          </w:p>
        </w:tc>
        <w:tc>
          <w:tcPr>
            <w:tcW w:type="dxa" w:w="2914"/>
            <w:shd w:fill="FFFFF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8"/>
              </w:rPr>
            </w:r>
          </w:p>
        </w:tc>
      </w:tr>
    </w:tbl>
    <w:p/>
    <w:p>
      <w:pPr>
        <w:jc w:val="center"/>
      </w:pPr>
      <w:r>
        <w:rPr>
          <w:b/>
          <w:sz w:val="22"/>
        </w:rPr>
        <w:t>合计评估安全阀：318 台</w:t>
      </w:r>
    </w:p>
    <w:sectPr w:rsidR="00FC693F" w:rsidRPr="0006063C" w:rsidSect="00034616">
      <w:pgSz w:w="16838" w:h="11906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